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A80A" w14:textId="77777777" w:rsidR="004119CF" w:rsidRDefault="004119CF" w:rsidP="004119CF">
      <w:pPr>
        <w:jc w:val="center"/>
        <w:rPr>
          <w:b/>
          <w:sz w:val="36"/>
        </w:rPr>
      </w:pPr>
      <w:r>
        <w:rPr>
          <w:b/>
          <w:noProof/>
          <w:sz w:val="36"/>
        </w:rPr>
        <w:drawing>
          <wp:anchor distT="0" distB="0" distL="114300" distR="114300" simplePos="0" relativeHeight="251664896" behindDoc="1" locked="0" layoutInCell="1" allowOverlap="1" wp14:anchorId="5B82CE26" wp14:editId="33A64FD3">
            <wp:simplePos x="0" y="0"/>
            <wp:positionH relativeFrom="page">
              <wp:align>right</wp:align>
            </wp:positionH>
            <wp:positionV relativeFrom="paragraph">
              <wp:posOffset>-425669</wp:posOffset>
            </wp:positionV>
            <wp:extent cx="7765367" cy="1828800"/>
            <wp:effectExtent l="0" t="0" r="7620" b="0"/>
            <wp:wrapNone/>
            <wp:docPr id="1066742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42588" name="Picture 1066742588"/>
                    <pic:cNvPicPr/>
                  </pic:nvPicPr>
                  <pic:blipFill>
                    <a:blip r:embed="rId6"/>
                    <a:stretch>
                      <a:fillRect/>
                    </a:stretch>
                  </pic:blipFill>
                  <pic:spPr>
                    <a:xfrm>
                      <a:off x="0" y="0"/>
                      <a:ext cx="7765367" cy="1828800"/>
                    </a:xfrm>
                    <a:prstGeom prst="rect">
                      <a:avLst/>
                    </a:prstGeom>
                  </pic:spPr>
                </pic:pic>
              </a:graphicData>
            </a:graphic>
            <wp14:sizeRelH relativeFrom="page">
              <wp14:pctWidth>0</wp14:pctWidth>
            </wp14:sizeRelH>
            <wp14:sizeRelV relativeFrom="page">
              <wp14:pctHeight>0</wp14:pctHeight>
            </wp14:sizeRelV>
          </wp:anchor>
        </w:drawing>
      </w:r>
    </w:p>
    <w:p w14:paraId="589FCDBB" w14:textId="77777777" w:rsidR="005763AB" w:rsidRDefault="005763AB" w:rsidP="005763AB">
      <w:pPr>
        <w:spacing w:after="0"/>
        <w:rPr>
          <w:b/>
          <w:color w:val="548DD4" w:themeColor="text2" w:themeTint="99"/>
          <w:sz w:val="28"/>
          <w:szCs w:val="18"/>
        </w:rPr>
      </w:pPr>
    </w:p>
    <w:p w14:paraId="10B16A48" w14:textId="77777777" w:rsidR="005763AB" w:rsidRDefault="005763AB" w:rsidP="005763AB">
      <w:pPr>
        <w:spacing w:after="0"/>
        <w:rPr>
          <w:b/>
          <w:color w:val="548DD4" w:themeColor="text2" w:themeTint="99"/>
          <w:sz w:val="28"/>
          <w:szCs w:val="18"/>
        </w:rPr>
      </w:pPr>
    </w:p>
    <w:p w14:paraId="1BCC9B66" w14:textId="77777777" w:rsidR="005763AB" w:rsidRDefault="005763AB" w:rsidP="005763AB">
      <w:pPr>
        <w:spacing w:after="0"/>
        <w:rPr>
          <w:b/>
          <w:color w:val="548DD4" w:themeColor="text2" w:themeTint="99"/>
          <w:sz w:val="28"/>
          <w:szCs w:val="18"/>
        </w:rPr>
      </w:pPr>
    </w:p>
    <w:p w14:paraId="22192578" w14:textId="77777777" w:rsidR="005763AB" w:rsidRDefault="005763AB" w:rsidP="005763AB">
      <w:pPr>
        <w:spacing w:after="0"/>
        <w:rPr>
          <w:b/>
          <w:color w:val="548DD4" w:themeColor="text2" w:themeTint="99"/>
          <w:sz w:val="28"/>
          <w:szCs w:val="18"/>
        </w:rPr>
      </w:pPr>
    </w:p>
    <w:p w14:paraId="2CB6C8E3" w14:textId="39BF4379" w:rsidR="004119CF" w:rsidRPr="00B551D0" w:rsidRDefault="004119CF" w:rsidP="005763AB">
      <w:pPr>
        <w:spacing w:before="240" w:after="0"/>
        <w:rPr>
          <w:b/>
          <w:sz w:val="28"/>
          <w:szCs w:val="18"/>
        </w:rPr>
      </w:pPr>
      <w:r w:rsidRPr="00CF721B">
        <w:rPr>
          <w:b/>
          <w:color w:val="548DD4" w:themeColor="text2" w:themeTint="99"/>
          <w:sz w:val="28"/>
          <w:szCs w:val="18"/>
        </w:rPr>
        <w:t>The Key Idea</w:t>
      </w:r>
    </w:p>
    <w:p w14:paraId="031F443A" w14:textId="5524D69A" w:rsidR="004119CF" w:rsidRPr="00CF721B" w:rsidRDefault="00DD3A24" w:rsidP="005763AB">
      <w:pPr>
        <w:spacing w:after="0"/>
        <w:rPr>
          <w:bCs/>
          <w:szCs w:val="24"/>
        </w:rPr>
      </w:pPr>
      <w:r w:rsidRPr="00CF721B">
        <w:rPr>
          <w:noProof/>
          <w:szCs w:val="24"/>
        </w:rPr>
        <w:drawing>
          <wp:anchor distT="0" distB="0" distL="114300" distR="114300" simplePos="0" relativeHeight="251655680" behindDoc="1" locked="0" layoutInCell="1" allowOverlap="1" wp14:anchorId="68E3162A" wp14:editId="17BC3DCF">
            <wp:simplePos x="0" y="0"/>
            <wp:positionH relativeFrom="column">
              <wp:posOffset>6216650</wp:posOffset>
            </wp:positionH>
            <wp:positionV relativeFrom="paragraph">
              <wp:posOffset>354330</wp:posOffset>
            </wp:positionV>
            <wp:extent cx="702945" cy="914400"/>
            <wp:effectExtent l="0" t="0" r="1905" b="0"/>
            <wp:wrapTight wrapText="bothSides">
              <wp:wrapPolygon edited="0">
                <wp:start x="0" y="0"/>
                <wp:lineTo x="0" y="21150"/>
                <wp:lineTo x="21073" y="21150"/>
                <wp:lineTo x="21073" y="0"/>
                <wp:lineTo x="0" y="0"/>
              </wp:wrapPolygon>
            </wp:wrapTight>
            <wp:docPr id="111533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294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721B">
        <w:rPr>
          <w:noProof/>
          <w:szCs w:val="24"/>
        </w:rPr>
        <w:drawing>
          <wp:anchor distT="0" distB="0" distL="114300" distR="114300" simplePos="0" relativeHeight="251653632" behindDoc="1" locked="0" layoutInCell="1" allowOverlap="1" wp14:anchorId="7EFB8F43" wp14:editId="4ED65285">
            <wp:simplePos x="0" y="0"/>
            <wp:positionH relativeFrom="column">
              <wp:posOffset>5499100</wp:posOffset>
            </wp:positionH>
            <wp:positionV relativeFrom="paragraph">
              <wp:posOffset>354330</wp:posOffset>
            </wp:positionV>
            <wp:extent cx="685800" cy="914400"/>
            <wp:effectExtent l="0" t="0" r="0" b="0"/>
            <wp:wrapTight wrapText="bothSides">
              <wp:wrapPolygon edited="0">
                <wp:start x="0" y="0"/>
                <wp:lineTo x="0" y="21150"/>
                <wp:lineTo x="21000" y="21150"/>
                <wp:lineTo x="21000" y="0"/>
                <wp:lineTo x="0" y="0"/>
              </wp:wrapPolygon>
            </wp:wrapTight>
            <wp:docPr id="1400462923" name="Picture 2" descr="Lu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c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9CF" w:rsidRPr="00CF721B">
        <w:rPr>
          <w:bCs/>
          <w:szCs w:val="24"/>
        </w:rPr>
        <w:t xml:space="preserve">A Writer’s Bio is a more conversational version of a </w:t>
      </w:r>
      <w:r w:rsidR="00B551D0" w:rsidRPr="00CF721B">
        <w:rPr>
          <w:bCs/>
          <w:szCs w:val="24"/>
        </w:rPr>
        <w:t>traditional resume. For</w:t>
      </w:r>
      <w:r w:rsidR="004119CF" w:rsidRPr="00CF721B">
        <w:rPr>
          <w:bCs/>
          <w:szCs w:val="24"/>
        </w:rPr>
        <w:t xml:space="preserve"> this project</w:t>
      </w:r>
      <w:r w:rsidR="00B551D0" w:rsidRPr="00CF721B">
        <w:rPr>
          <w:bCs/>
          <w:szCs w:val="24"/>
        </w:rPr>
        <w:t>,</w:t>
      </w:r>
      <w:r w:rsidR="004119CF" w:rsidRPr="00CF721B">
        <w:rPr>
          <w:bCs/>
          <w:szCs w:val="24"/>
        </w:rPr>
        <w:t xml:space="preserve"> you will </w:t>
      </w:r>
      <w:r w:rsidR="00B551D0" w:rsidRPr="00CF721B">
        <w:rPr>
          <w:bCs/>
          <w:szCs w:val="24"/>
        </w:rPr>
        <w:t>include</w:t>
      </w:r>
      <w:r w:rsidR="004119CF" w:rsidRPr="00CF721B">
        <w:rPr>
          <w:bCs/>
          <w:szCs w:val="24"/>
        </w:rPr>
        <w:t xml:space="preserve"> some of those traditional items:</w:t>
      </w:r>
    </w:p>
    <w:p w14:paraId="3F3940D7" w14:textId="176DA043" w:rsidR="00B551D0" w:rsidRPr="00CF721B" w:rsidRDefault="00B551D0" w:rsidP="005763AB">
      <w:pPr>
        <w:pStyle w:val="ListParagraph"/>
        <w:numPr>
          <w:ilvl w:val="0"/>
          <w:numId w:val="10"/>
        </w:numPr>
        <w:spacing w:after="0"/>
        <w:rPr>
          <w:b/>
          <w:szCs w:val="24"/>
        </w:rPr>
      </w:pPr>
      <w:r w:rsidRPr="00CF721B">
        <w:rPr>
          <w:b/>
          <w:szCs w:val="24"/>
        </w:rPr>
        <w:t>A Professional-Looking Headshot (Not a Selfie)</w:t>
      </w:r>
    </w:p>
    <w:p w14:paraId="54F17C93" w14:textId="41F14F8D" w:rsidR="004119CF" w:rsidRPr="00CF721B" w:rsidRDefault="004119CF" w:rsidP="005763AB">
      <w:pPr>
        <w:pStyle w:val="ListParagraph"/>
        <w:numPr>
          <w:ilvl w:val="0"/>
          <w:numId w:val="10"/>
        </w:numPr>
        <w:spacing w:after="0"/>
        <w:rPr>
          <w:b/>
          <w:szCs w:val="24"/>
        </w:rPr>
      </w:pPr>
      <w:r w:rsidRPr="00CF721B">
        <w:rPr>
          <w:b/>
          <w:szCs w:val="24"/>
        </w:rPr>
        <w:t>Contact Details</w:t>
      </w:r>
    </w:p>
    <w:p w14:paraId="30F93C5C" w14:textId="7FA32B59" w:rsidR="004119CF" w:rsidRPr="00CF721B" w:rsidRDefault="004119CF" w:rsidP="005763AB">
      <w:pPr>
        <w:pStyle w:val="ListParagraph"/>
        <w:numPr>
          <w:ilvl w:val="1"/>
          <w:numId w:val="10"/>
        </w:numPr>
        <w:spacing w:after="0"/>
        <w:rPr>
          <w:bCs/>
          <w:szCs w:val="24"/>
        </w:rPr>
      </w:pPr>
      <w:r w:rsidRPr="00CF721B">
        <w:rPr>
          <w:b/>
          <w:szCs w:val="24"/>
        </w:rPr>
        <w:t>Address:</w:t>
      </w:r>
      <w:r w:rsidRPr="00CF721B">
        <w:rPr>
          <w:bCs/>
          <w:szCs w:val="24"/>
        </w:rPr>
        <w:t xml:space="preserve"> You are </w:t>
      </w:r>
      <w:r w:rsidR="00B551D0" w:rsidRPr="00CF721B">
        <w:rPr>
          <w:bCs/>
          <w:szCs w:val="24"/>
        </w:rPr>
        <w:t>an MHS</w:t>
      </w:r>
      <w:r w:rsidRPr="00CF721B">
        <w:rPr>
          <w:bCs/>
          <w:szCs w:val="24"/>
        </w:rPr>
        <w:t xml:space="preserve"> Reporter</w:t>
      </w:r>
      <w:r w:rsidR="00B551D0" w:rsidRPr="00CF721B">
        <w:rPr>
          <w:bCs/>
          <w:szCs w:val="24"/>
        </w:rPr>
        <w:t xml:space="preserve">, so </w:t>
      </w:r>
      <w:r w:rsidRPr="00CF721B">
        <w:rPr>
          <w:bCs/>
          <w:szCs w:val="24"/>
        </w:rPr>
        <w:t>the address will be the school</w:t>
      </w:r>
      <w:r w:rsidR="00B551D0" w:rsidRPr="00CF721B">
        <w:rPr>
          <w:bCs/>
          <w:szCs w:val="24"/>
        </w:rPr>
        <w:t>’s</w:t>
      </w:r>
    </w:p>
    <w:p w14:paraId="5700D2DF" w14:textId="713A7FBE" w:rsidR="00B551D0" w:rsidRPr="00CF721B" w:rsidRDefault="00DD3A24" w:rsidP="005763AB">
      <w:pPr>
        <w:pStyle w:val="ListParagraph"/>
        <w:numPr>
          <w:ilvl w:val="2"/>
          <w:numId w:val="10"/>
        </w:numPr>
        <w:spacing w:after="0"/>
        <w:rPr>
          <w:bCs/>
          <w:szCs w:val="24"/>
        </w:rPr>
      </w:pPr>
      <w:r w:rsidRPr="00CF721B">
        <w:rPr>
          <w:noProof/>
          <w:szCs w:val="24"/>
        </w:rPr>
        <w:drawing>
          <wp:anchor distT="0" distB="0" distL="114300" distR="114300" simplePos="0" relativeHeight="251663872" behindDoc="1" locked="0" layoutInCell="1" allowOverlap="1" wp14:anchorId="743229DA" wp14:editId="25662787">
            <wp:simplePos x="0" y="0"/>
            <wp:positionH relativeFrom="column">
              <wp:posOffset>5276850</wp:posOffset>
            </wp:positionH>
            <wp:positionV relativeFrom="paragraph">
              <wp:posOffset>156210</wp:posOffset>
            </wp:positionV>
            <wp:extent cx="914400" cy="914400"/>
            <wp:effectExtent l="0" t="0" r="0" b="0"/>
            <wp:wrapTight wrapText="bothSides">
              <wp:wrapPolygon edited="0">
                <wp:start x="0" y="0"/>
                <wp:lineTo x="0" y="21150"/>
                <wp:lineTo x="21150" y="21150"/>
                <wp:lineTo x="21150" y="0"/>
                <wp:lineTo x="0" y="0"/>
              </wp:wrapPolygon>
            </wp:wrapTight>
            <wp:docPr id="2002405900" name="Picture 5" descr="MicrosoftTeams-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crosoftTeams-imag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721B">
        <w:rPr>
          <w:noProof/>
          <w:szCs w:val="24"/>
        </w:rPr>
        <w:drawing>
          <wp:anchor distT="0" distB="0" distL="114300" distR="114300" simplePos="0" relativeHeight="251660800" behindDoc="1" locked="0" layoutInCell="1" allowOverlap="1" wp14:anchorId="1A7C4D7A" wp14:editId="2A758B86">
            <wp:simplePos x="0" y="0"/>
            <wp:positionH relativeFrom="column">
              <wp:posOffset>6223000</wp:posOffset>
            </wp:positionH>
            <wp:positionV relativeFrom="paragraph">
              <wp:posOffset>147955</wp:posOffset>
            </wp:positionV>
            <wp:extent cx="692785" cy="914400"/>
            <wp:effectExtent l="0" t="0" r="0" b="0"/>
            <wp:wrapTight wrapText="bothSides">
              <wp:wrapPolygon edited="0">
                <wp:start x="0" y="0"/>
                <wp:lineTo x="0" y="21150"/>
                <wp:lineTo x="20788" y="21150"/>
                <wp:lineTo x="20788" y="0"/>
                <wp:lineTo x="0" y="0"/>
              </wp:wrapPolygon>
            </wp:wrapTight>
            <wp:docPr id="21154433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14832"/>
                    <a:stretch>
                      <a:fillRect/>
                    </a:stretch>
                  </pic:blipFill>
                  <pic:spPr bwMode="auto">
                    <a:xfrm>
                      <a:off x="0" y="0"/>
                      <a:ext cx="692785"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51D0" w:rsidRPr="00CF721B">
        <w:rPr>
          <w:bCs/>
          <w:szCs w:val="24"/>
        </w:rPr>
        <w:t>4831 Greenland Rd</w:t>
      </w:r>
    </w:p>
    <w:p w14:paraId="2DA1EC01" w14:textId="250F257A" w:rsidR="00B551D0" w:rsidRPr="00CF721B" w:rsidRDefault="00B551D0" w:rsidP="005763AB">
      <w:pPr>
        <w:pStyle w:val="ListParagraph"/>
        <w:spacing w:after="0"/>
        <w:ind w:left="2160"/>
        <w:rPr>
          <w:bCs/>
          <w:szCs w:val="24"/>
        </w:rPr>
      </w:pPr>
      <w:r w:rsidRPr="00CF721B">
        <w:rPr>
          <w:bCs/>
          <w:szCs w:val="24"/>
        </w:rPr>
        <w:t>Jacksonville, FL 32258</w:t>
      </w:r>
    </w:p>
    <w:p w14:paraId="06483366" w14:textId="6CDAAC6E" w:rsidR="00B551D0" w:rsidRPr="00CF721B" w:rsidRDefault="00B551D0" w:rsidP="005763AB">
      <w:pPr>
        <w:pStyle w:val="ListParagraph"/>
        <w:numPr>
          <w:ilvl w:val="1"/>
          <w:numId w:val="10"/>
        </w:numPr>
        <w:spacing w:after="0"/>
        <w:rPr>
          <w:bCs/>
          <w:szCs w:val="24"/>
        </w:rPr>
      </w:pPr>
      <w:r w:rsidRPr="00CF721B">
        <w:rPr>
          <w:b/>
          <w:szCs w:val="24"/>
        </w:rPr>
        <w:t>Email:</w:t>
      </w:r>
      <w:r w:rsidRPr="00CF721B">
        <w:rPr>
          <w:bCs/>
          <w:szCs w:val="24"/>
        </w:rPr>
        <w:t xml:space="preserve"> S+ Your Student Number@students.duvalschools.org</w:t>
      </w:r>
    </w:p>
    <w:p w14:paraId="2C7F14D1" w14:textId="7A5D289C" w:rsidR="00B551D0" w:rsidRPr="00CF721B" w:rsidRDefault="00B551D0" w:rsidP="005763AB">
      <w:pPr>
        <w:pStyle w:val="ListParagraph"/>
        <w:numPr>
          <w:ilvl w:val="1"/>
          <w:numId w:val="10"/>
        </w:numPr>
        <w:spacing w:after="0"/>
        <w:rPr>
          <w:bCs/>
          <w:szCs w:val="24"/>
        </w:rPr>
      </w:pPr>
      <w:r w:rsidRPr="00CF721B">
        <w:rPr>
          <w:b/>
          <w:szCs w:val="24"/>
        </w:rPr>
        <w:t>Phone:</w:t>
      </w:r>
      <w:r w:rsidRPr="00CF721B">
        <w:rPr>
          <w:bCs/>
          <w:szCs w:val="24"/>
        </w:rPr>
        <w:t xml:space="preserve"> The School Number 904-260-3911</w:t>
      </w:r>
    </w:p>
    <w:p w14:paraId="60F9D837" w14:textId="112528AF" w:rsidR="00B551D0" w:rsidRPr="00CF721B" w:rsidRDefault="00B551D0" w:rsidP="005763AB">
      <w:pPr>
        <w:pStyle w:val="ListParagraph"/>
        <w:numPr>
          <w:ilvl w:val="0"/>
          <w:numId w:val="10"/>
        </w:numPr>
        <w:spacing w:after="0"/>
        <w:rPr>
          <w:b/>
          <w:szCs w:val="24"/>
        </w:rPr>
      </w:pPr>
      <w:r w:rsidRPr="00CF721B">
        <w:rPr>
          <w:b/>
          <w:szCs w:val="24"/>
        </w:rPr>
        <w:t>Experience</w:t>
      </w:r>
    </w:p>
    <w:p w14:paraId="38AF2BAD" w14:textId="43A8B29B" w:rsidR="00B551D0" w:rsidRPr="00CF721B" w:rsidRDefault="00B551D0" w:rsidP="005763AB">
      <w:pPr>
        <w:pStyle w:val="ListParagraph"/>
        <w:numPr>
          <w:ilvl w:val="1"/>
          <w:numId w:val="10"/>
        </w:numPr>
        <w:spacing w:after="0"/>
        <w:rPr>
          <w:bCs/>
          <w:szCs w:val="24"/>
        </w:rPr>
      </w:pPr>
      <w:r w:rsidRPr="00CF721B">
        <w:rPr>
          <w:bCs/>
          <w:szCs w:val="24"/>
        </w:rPr>
        <w:t xml:space="preserve">What are some of the things that </w:t>
      </w:r>
      <w:r w:rsidRPr="00CF721B">
        <w:rPr>
          <w:bCs/>
          <w:szCs w:val="24"/>
        </w:rPr>
        <w:t xml:space="preserve">you have been </w:t>
      </w:r>
      <w:r w:rsidR="00DD3A24" w:rsidRPr="00CF721B">
        <w:rPr>
          <w:bCs/>
          <w:szCs w:val="24"/>
        </w:rPr>
        <w:t>involved in</w:t>
      </w:r>
      <w:r w:rsidRPr="00CF721B">
        <w:rPr>
          <w:bCs/>
          <w:szCs w:val="24"/>
        </w:rPr>
        <w:t>:</w:t>
      </w:r>
      <w:r w:rsidRPr="00CF721B">
        <w:rPr>
          <w:bCs/>
          <w:szCs w:val="24"/>
        </w:rPr>
        <w:t xml:space="preserve"> </w:t>
      </w:r>
    </w:p>
    <w:p w14:paraId="39D8ABDE" w14:textId="77777777" w:rsidR="00DD3A24" w:rsidRPr="00CF721B" w:rsidRDefault="00DD3A24" w:rsidP="005763AB">
      <w:pPr>
        <w:pStyle w:val="ListParagraph"/>
        <w:numPr>
          <w:ilvl w:val="2"/>
          <w:numId w:val="10"/>
        </w:numPr>
        <w:spacing w:after="0"/>
        <w:rPr>
          <w:bCs/>
          <w:szCs w:val="24"/>
        </w:rPr>
        <w:sectPr w:rsidR="00DD3A24" w:rsidRPr="00CF721B" w:rsidSect="004119CF">
          <w:pgSz w:w="12240" w:h="15840"/>
          <w:pgMar w:top="720" w:right="720" w:bottom="720" w:left="720" w:header="720" w:footer="720" w:gutter="0"/>
          <w:cols w:space="720"/>
          <w:docGrid w:linePitch="360"/>
        </w:sectPr>
      </w:pPr>
    </w:p>
    <w:p w14:paraId="519F78D0" w14:textId="77777777" w:rsidR="00B551D0" w:rsidRPr="00CF721B" w:rsidRDefault="00B551D0" w:rsidP="005763AB">
      <w:pPr>
        <w:pStyle w:val="ListParagraph"/>
        <w:numPr>
          <w:ilvl w:val="2"/>
          <w:numId w:val="10"/>
        </w:numPr>
        <w:spacing w:after="0"/>
        <w:rPr>
          <w:bCs/>
          <w:szCs w:val="24"/>
        </w:rPr>
      </w:pPr>
      <w:r w:rsidRPr="00CF721B">
        <w:rPr>
          <w:bCs/>
          <w:szCs w:val="24"/>
        </w:rPr>
        <w:t>Projects</w:t>
      </w:r>
    </w:p>
    <w:p w14:paraId="5172CEAF" w14:textId="77777777" w:rsidR="00B551D0" w:rsidRPr="00CF721B" w:rsidRDefault="00B551D0" w:rsidP="005763AB">
      <w:pPr>
        <w:pStyle w:val="ListParagraph"/>
        <w:numPr>
          <w:ilvl w:val="2"/>
          <w:numId w:val="10"/>
        </w:numPr>
        <w:spacing w:after="0"/>
        <w:rPr>
          <w:bCs/>
          <w:szCs w:val="24"/>
        </w:rPr>
      </w:pPr>
      <w:r w:rsidRPr="00CF721B">
        <w:rPr>
          <w:bCs/>
          <w:szCs w:val="24"/>
        </w:rPr>
        <w:t>Articles</w:t>
      </w:r>
    </w:p>
    <w:p w14:paraId="235F90F7" w14:textId="77777777" w:rsidR="00B551D0" w:rsidRPr="00CF721B" w:rsidRDefault="00B551D0" w:rsidP="005763AB">
      <w:pPr>
        <w:pStyle w:val="ListParagraph"/>
        <w:numPr>
          <w:ilvl w:val="2"/>
          <w:numId w:val="10"/>
        </w:numPr>
        <w:spacing w:after="0"/>
        <w:rPr>
          <w:bCs/>
          <w:szCs w:val="24"/>
        </w:rPr>
      </w:pPr>
      <w:r w:rsidRPr="00CF721B">
        <w:rPr>
          <w:bCs/>
          <w:szCs w:val="24"/>
        </w:rPr>
        <w:t>Writings</w:t>
      </w:r>
    </w:p>
    <w:p w14:paraId="7C714141" w14:textId="4814F413" w:rsidR="00B551D0" w:rsidRPr="00CF721B" w:rsidRDefault="00B551D0" w:rsidP="005763AB">
      <w:pPr>
        <w:pStyle w:val="ListParagraph"/>
        <w:numPr>
          <w:ilvl w:val="2"/>
          <w:numId w:val="10"/>
        </w:numPr>
        <w:spacing w:after="0"/>
        <w:rPr>
          <w:bCs/>
          <w:szCs w:val="24"/>
        </w:rPr>
      </w:pPr>
      <w:r w:rsidRPr="00CF721B">
        <w:rPr>
          <w:bCs/>
          <w:szCs w:val="24"/>
        </w:rPr>
        <w:t xml:space="preserve">Activities  </w:t>
      </w:r>
    </w:p>
    <w:p w14:paraId="48462908" w14:textId="77777777" w:rsidR="00DD3A24" w:rsidRPr="00CF721B" w:rsidRDefault="00DD3A24" w:rsidP="005763AB">
      <w:pPr>
        <w:pStyle w:val="ListParagraph"/>
        <w:numPr>
          <w:ilvl w:val="1"/>
          <w:numId w:val="10"/>
        </w:numPr>
        <w:spacing w:after="0"/>
        <w:rPr>
          <w:bCs/>
          <w:szCs w:val="24"/>
        </w:rPr>
        <w:sectPr w:rsidR="00DD3A24" w:rsidRPr="00CF721B" w:rsidSect="00DD3A24">
          <w:type w:val="continuous"/>
          <w:pgSz w:w="12240" w:h="15840"/>
          <w:pgMar w:top="720" w:right="720" w:bottom="720" w:left="720" w:header="720" w:footer="720" w:gutter="0"/>
          <w:cols w:num="2" w:space="720"/>
          <w:docGrid w:linePitch="360"/>
        </w:sectPr>
      </w:pPr>
    </w:p>
    <w:p w14:paraId="7272AA56" w14:textId="068F5A39" w:rsidR="00B551D0" w:rsidRDefault="00B551D0" w:rsidP="005763AB">
      <w:pPr>
        <w:pStyle w:val="ListParagraph"/>
        <w:numPr>
          <w:ilvl w:val="1"/>
          <w:numId w:val="10"/>
        </w:numPr>
        <w:spacing w:after="0"/>
        <w:rPr>
          <w:bCs/>
          <w:szCs w:val="24"/>
        </w:rPr>
      </w:pPr>
      <w:r w:rsidRPr="00CF721B">
        <w:rPr>
          <w:bCs/>
          <w:szCs w:val="24"/>
        </w:rPr>
        <w:t xml:space="preserve">Or </w:t>
      </w:r>
      <w:r w:rsidRPr="00CF721B">
        <w:rPr>
          <w:b/>
          <w:szCs w:val="24"/>
        </w:rPr>
        <w:t>backgrou</w:t>
      </w:r>
      <w:r w:rsidRPr="00CF721B">
        <w:rPr>
          <w:b/>
          <w:szCs w:val="24"/>
        </w:rPr>
        <w:t>n</w:t>
      </w:r>
      <w:r w:rsidRPr="00CF721B">
        <w:rPr>
          <w:b/>
          <w:szCs w:val="24"/>
        </w:rPr>
        <w:t>d</w:t>
      </w:r>
      <w:r w:rsidRPr="00CF721B">
        <w:rPr>
          <w:bCs/>
          <w:szCs w:val="24"/>
        </w:rPr>
        <w:t xml:space="preserve"> that could influence you as a writer</w:t>
      </w:r>
      <w:r w:rsidR="00CF721B" w:rsidRPr="00CF721B">
        <w:rPr>
          <w:bCs/>
          <w:szCs w:val="24"/>
        </w:rPr>
        <w:t xml:space="preserve"> (See List on the Back of this Page)</w:t>
      </w:r>
      <w:r w:rsidRPr="00CF721B">
        <w:rPr>
          <w:bCs/>
          <w:szCs w:val="24"/>
        </w:rPr>
        <w:t>:</w:t>
      </w:r>
    </w:p>
    <w:p w14:paraId="7A0C8CC0" w14:textId="514983D8" w:rsidR="00CF721B" w:rsidRPr="00CF721B" w:rsidRDefault="00CF721B" w:rsidP="005763AB">
      <w:pPr>
        <w:pBdr>
          <w:top w:val="single" w:sz="4" w:space="1" w:color="auto"/>
        </w:pBdr>
        <w:tabs>
          <w:tab w:val="left" w:pos="360"/>
          <w:tab w:val="left" w:pos="450"/>
        </w:tabs>
        <w:spacing w:before="240" w:after="0"/>
        <w:rPr>
          <w:b/>
          <w:bCs/>
          <w:color w:val="548DD4" w:themeColor="text2" w:themeTint="99"/>
          <w:sz w:val="28"/>
          <w:szCs w:val="28"/>
        </w:rPr>
      </w:pPr>
      <w:r>
        <w:rPr>
          <w:b/>
          <w:bCs/>
          <w:color w:val="548DD4" w:themeColor="text2" w:themeTint="99"/>
          <w:sz w:val="28"/>
          <w:szCs w:val="28"/>
        </w:rPr>
        <w:t>Formatting Suggestions</w:t>
      </w:r>
      <w:r w:rsidRPr="00CF721B">
        <w:rPr>
          <w:b/>
          <w:bCs/>
          <w:color w:val="548DD4" w:themeColor="text2" w:themeTint="99"/>
          <w:sz w:val="28"/>
          <w:szCs w:val="28"/>
        </w:rPr>
        <w:t>:</w:t>
      </w:r>
    </w:p>
    <w:p w14:paraId="76880EB0" w14:textId="5BFB7A98" w:rsidR="00CF721B" w:rsidRDefault="00CF721B" w:rsidP="005763AB">
      <w:pPr>
        <w:pStyle w:val="ListParagraph"/>
        <w:numPr>
          <w:ilvl w:val="0"/>
          <w:numId w:val="16"/>
        </w:numPr>
        <w:spacing w:after="0"/>
        <w:rPr>
          <w:bCs/>
          <w:szCs w:val="24"/>
        </w:rPr>
      </w:pPr>
      <w:r>
        <w:rPr>
          <w:bCs/>
          <w:szCs w:val="24"/>
        </w:rPr>
        <w:t xml:space="preserve">Use a </w:t>
      </w:r>
      <w:r w:rsidR="005763AB">
        <w:rPr>
          <w:bCs/>
          <w:szCs w:val="24"/>
        </w:rPr>
        <w:t>template in MSWORD, search for: Resume with Picture</w:t>
      </w:r>
    </w:p>
    <w:p w14:paraId="2B31582E" w14:textId="3C9F05B7" w:rsidR="005763AB" w:rsidRDefault="005763AB" w:rsidP="005763AB">
      <w:pPr>
        <w:pStyle w:val="ListParagraph"/>
        <w:numPr>
          <w:ilvl w:val="0"/>
          <w:numId w:val="16"/>
        </w:numPr>
        <w:spacing w:after="0"/>
        <w:rPr>
          <w:bCs/>
          <w:szCs w:val="24"/>
        </w:rPr>
      </w:pPr>
      <w:r>
        <w:rPr>
          <w:bCs/>
          <w:szCs w:val="24"/>
        </w:rPr>
        <w:t>Use a Resume Template in CANVA</w:t>
      </w:r>
    </w:p>
    <w:p w14:paraId="2B1DF3D2" w14:textId="0F925B24" w:rsidR="005763AB" w:rsidRDefault="005763AB" w:rsidP="005763AB">
      <w:pPr>
        <w:pStyle w:val="ListParagraph"/>
        <w:numPr>
          <w:ilvl w:val="0"/>
          <w:numId w:val="16"/>
        </w:numPr>
        <w:spacing w:after="0"/>
        <w:rPr>
          <w:bCs/>
          <w:szCs w:val="24"/>
        </w:rPr>
      </w:pPr>
      <w:r>
        <w:rPr>
          <w:bCs/>
          <w:szCs w:val="24"/>
        </w:rPr>
        <w:t>Name should be the Largest, Boldest Font</w:t>
      </w:r>
    </w:p>
    <w:p w14:paraId="4EF82641" w14:textId="09E0637F" w:rsidR="005763AB" w:rsidRDefault="005763AB" w:rsidP="005763AB">
      <w:pPr>
        <w:pStyle w:val="ListParagraph"/>
        <w:numPr>
          <w:ilvl w:val="0"/>
          <w:numId w:val="16"/>
        </w:numPr>
        <w:spacing w:after="0"/>
        <w:rPr>
          <w:bCs/>
          <w:szCs w:val="24"/>
        </w:rPr>
      </w:pPr>
      <w:r>
        <w:rPr>
          <w:bCs/>
          <w:szCs w:val="24"/>
        </w:rPr>
        <w:t xml:space="preserve">Title your sections (14-16pt font in WORD-Canva </w:t>
      </w:r>
      <w:proofErr w:type="gramStart"/>
      <w:r>
        <w:rPr>
          <w:bCs/>
          <w:szCs w:val="24"/>
        </w:rPr>
        <w:t>it</w:t>
      </w:r>
      <w:proofErr w:type="gramEnd"/>
      <w:r>
        <w:rPr>
          <w:bCs/>
          <w:szCs w:val="24"/>
        </w:rPr>
        <w:t xml:space="preserve"> Varies, but make it readable)</w:t>
      </w:r>
    </w:p>
    <w:p w14:paraId="71113575" w14:textId="46B7155A" w:rsidR="005763AB" w:rsidRPr="00CF721B" w:rsidRDefault="005763AB" w:rsidP="005763AB">
      <w:pPr>
        <w:pStyle w:val="ListParagraph"/>
        <w:numPr>
          <w:ilvl w:val="0"/>
          <w:numId w:val="16"/>
        </w:numPr>
        <w:spacing w:after="0"/>
        <w:rPr>
          <w:bCs/>
          <w:szCs w:val="24"/>
        </w:rPr>
      </w:pPr>
      <w:r>
        <w:rPr>
          <w:bCs/>
          <w:szCs w:val="24"/>
        </w:rPr>
        <w:t>Body of Text (10-12pt Font)-Don’t go too Small, but 1 Page Front Only</w:t>
      </w:r>
    </w:p>
    <w:p w14:paraId="67A890FE" w14:textId="1B03FEF4" w:rsidR="00CF721B" w:rsidRPr="00CF721B" w:rsidRDefault="00CF721B" w:rsidP="005763AB">
      <w:pPr>
        <w:pBdr>
          <w:top w:val="single" w:sz="4" w:space="1" w:color="auto"/>
        </w:pBdr>
        <w:tabs>
          <w:tab w:val="left" w:pos="360"/>
          <w:tab w:val="left" w:pos="450"/>
        </w:tabs>
        <w:spacing w:before="240" w:after="0"/>
        <w:ind w:left="360" w:hanging="360"/>
        <w:rPr>
          <w:b/>
          <w:bCs/>
          <w:color w:val="548DD4" w:themeColor="text2" w:themeTint="99"/>
          <w:sz w:val="28"/>
          <w:szCs w:val="28"/>
        </w:rPr>
      </w:pPr>
      <w:r w:rsidRPr="00CF721B">
        <w:rPr>
          <w:b/>
          <w:bCs/>
          <w:color w:val="548DD4" w:themeColor="text2" w:themeTint="99"/>
          <w:sz w:val="28"/>
          <w:szCs w:val="28"/>
        </w:rPr>
        <w:t>Project Timeline:</w:t>
      </w:r>
    </w:p>
    <w:p w14:paraId="092047B8" w14:textId="77777777" w:rsidR="00CF721B" w:rsidRDefault="00CF721B" w:rsidP="005763AB">
      <w:pPr>
        <w:pStyle w:val="ListParagraph"/>
        <w:numPr>
          <w:ilvl w:val="0"/>
          <w:numId w:val="15"/>
        </w:numPr>
        <w:spacing w:after="0"/>
        <w:rPr>
          <w:szCs w:val="24"/>
        </w:rPr>
      </w:pPr>
      <w:r w:rsidRPr="00CF721B">
        <w:rPr>
          <w:szCs w:val="24"/>
        </w:rPr>
        <w:t xml:space="preserve">Week 1: </w:t>
      </w:r>
    </w:p>
    <w:p w14:paraId="446C42E7" w14:textId="77777777" w:rsidR="00CF721B" w:rsidRPr="00CF721B" w:rsidRDefault="00CF721B" w:rsidP="005763AB">
      <w:pPr>
        <w:pStyle w:val="ListParagraph"/>
        <w:numPr>
          <w:ilvl w:val="1"/>
          <w:numId w:val="15"/>
        </w:numPr>
        <w:spacing w:before="240" w:after="0"/>
        <w:rPr>
          <w:szCs w:val="24"/>
        </w:rPr>
      </w:pPr>
      <w:r w:rsidRPr="00CF721B">
        <w:rPr>
          <w:b/>
          <w:bCs/>
          <w:szCs w:val="24"/>
        </w:rPr>
        <w:t>8/18: Tuesday</w:t>
      </w:r>
      <w:r w:rsidRPr="00CF721B">
        <w:rPr>
          <w:szCs w:val="24"/>
        </w:rPr>
        <w:t>-Intro to the Project &amp; Begin Planning</w:t>
      </w:r>
    </w:p>
    <w:p w14:paraId="245C4754" w14:textId="77777777" w:rsidR="00CF721B" w:rsidRPr="00CF721B" w:rsidRDefault="00CF721B" w:rsidP="005763AB">
      <w:pPr>
        <w:pStyle w:val="ListParagraph"/>
        <w:numPr>
          <w:ilvl w:val="1"/>
          <w:numId w:val="15"/>
        </w:numPr>
        <w:spacing w:before="240" w:after="0"/>
        <w:rPr>
          <w:szCs w:val="24"/>
        </w:rPr>
      </w:pPr>
      <w:r w:rsidRPr="00CF721B">
        <w:rPr>
          <w:b/>
          <w:bCs/>
          <w:szCs w:val="24"/>
        </w:rPr>
        <w:t>8/19: Wednesday</w:t>
      </w:r>
      <w:r w:rsidRPr="00CF721B">
        <w:rPr>
          <w:szCs w:val="24"/>
        </w:rPr>
        <w:t>-Review Sample Bios for Style &amp; Details</w:t>
      </w:r>
    </w:p>
    <w:p w14:paraId="269A3201" w14:textId="77777777" w:rsidR="00CF721B" w:rsidRPr="00CF721B" w:rsidRDefault="00CF721B" w:rsidP="005763AB">
      <w:pPr>
        <w:pStyle w:val="ListParagraph"/>
        <w:numPr>
          <w:ilvl w:val="1"/>
          <w:numId w:val="15"/>
        </w:numPr>
        <w:spacing w:before="240" w:after="0"/>
        <w:rPr>
          <w:b/>
          <w:bCs/>
          <w:szCs w:val="24"/>
        </w:rPr>
      </w:pPr>
      <w:r w:rsidRPr="00CF721B">
        <w:rPr>
          <w:b/>
          <w:bCs/>
          <w:szCs w:val="24"/>
        </w:rPr>
        <w:t>8/20: Thursday</w:t>
      </w:r>
      <w:r w:rsidRPr="00CF721B">
        <w:rPr>
          <w:szCs w:val="24"/>
        </w:rPr>
        <w:t>-Headshots Due/Taken in Class &amp; Start Drafting Your Bio (Use a Resume Template-</w:t>
      </w:r>
      <w:r w:rsidRPr="00CF721B">
        <w:rPr>
          <w:b/>
          <w:bCs/>
          <w:color w:val="00B050"/>
          <w:szCs w:val="24"/>
        </w:rPr>
        <w:t>Bring Laptop</w:t>
      </w:r>
      <w:r w:rsidRPr="00CF721B">
        <w:rPr>
          <w:szCs w:val="24"/>
        </w:rPr>
        <w:t>)</w:t>
      </w:r>
    </w:p>
    <w:p w14:paraId="17DCF55F" w14:textId="77A0EEE7" w:rsidR="00CF721B" w:rsidRPr="00CF721B" w:rsidRDefault="00CF721B" w:rsidP="005763AB">
      <w:pPr>
        <w:pStyle w:val="ListParagraph"/>
        <w:numPr>
          <w:ilvl w:val="1"/>
          <w:numId w:val="15"/>
        </w:numPr>
        <w:spacing w:before="240" w:after="0"/>
        <w:rPr>
          <w:b/>
          <w:bCs/>
          <w:szCs w:val="24"/>
        </w:rPr>
      </w:pPr>
      <w:r w:rsidRPr="00CF721B">
        <w:rPr>
          <w:b/>
          <w:bCs/>
          <w:szCs w:val="24"/>
        </w:rPr>
        <w:t>8/21: Friday</w:t>
      </w:r>
      <w:r w:rsidRPr="00CF721B">
        <w:rPr>
          <w:szCs w:val="24"/>
        </w:rPr>
        <w:t>-Working Day in the Newsroom for Bios (</w:t>
      </w:r>
      <w:r w:rsidRPr="00CF721B">
        <w:rPr>
          <w:b/>
          <w:bCs/>
          <w:color w:val="00B050"/>
          <w:szCs w:val="24"/>
        </w:rPr>
        <w:t>Bring Laptop</w:t>
      </w:r>
      <w:r w:rsidRPr="00CF721B">
        <w:rPr>
          <w:szCs w:val="24"/>
        </w:rPr>
        <w:t>)</w:t>
      </w:r>
    </w:p>
    <w:p w14:paraId="1EE23C10" w14:textId="77777777" w:rsidR="00CF721B" w:rsidRPr="00CF721B" w:rsidRDefault="00CF721B" w:rsidP="005763AB">
      <w:pPr>
        <w:pStyle w:val="ListParagraph"/>
        <w:numPr>
          <w:ilvl w:val="0"/>
          <w:numId w:val="15"/>
        </w:numPr>
        <w:spacing w:before="240" w:after="0"/>
        <w:rPr>
          <w:b/>
          <w:bCs/>
          <w:szCs w:val="24"/>
        </w:rPr>
      </w:pPr>
      <w:r w:rsidRPr="00CF721B">
        <w:rPr>
          <w:szCs w:val="24"/>
        </w:rPr>
        <w:t xml:space="preserve">Week 2: </w:t>
      </w:r>
    </w:p>
    <w:p w14:paraId="5943032F" w14:textId="77777777" w:rsidR="00CF721B" w:rsidRPr="00CF721B" w:rsidRDefault="00CF721B" w:rsidP="005763AB">
      <w:pPr>
        <w:pStyle w:val="ListParagraph"/>
        <w:numPr>
          <w:ilvl w:val="1"/>
          <w:numId w:val="15"/>
        </w:numPr>
        <w:spacing w:before="240" w:after="0"/>
        <w:rPr>
          <w:color w:val="EE0000"/>
          <w:szCs w:val="24"/>
        </w:rPr>
      </w:pPr>
      <w:r w:rsidRPr="00CF721B">
        <w:rPr>
          <w:b/>
          <w:bCs/>
          <w:color w:val="EE0000"/>
          <w:szCs w:val="24"/>
        </w:rPr>
        <w:t>8/18: Tuesday HOMEWORK-Upload Draft of Bio to Focus so I can print it!</w:t>
      </w:r>
    </w:p>
    <w:p w14:paraId="1B4C8120" w14:textId="77777777" w:rsidR="00CF721B" w:rsidRDefault="00CF721B" w:rsidP="005763AB">
      <w:pPr>
        <w:pStyle w:val="ListParagraph"/>
        <w:numPr>
          <w:ilvl w:val="1"/>
          <w:numId w:val="15"/>
        </w:numPr>
        <w:spacing w:before="240" w:after="0"/>
        <w:rPr>
          <w:szCs w:val="24"/>
        </w:rPr>
      </w:pPr>
      <w:r w:rsidRPr="00CF721B">
        <w:rPr>
          <w:b/>
          <w:bCs/>
          <w:szCs w:val="24"/>
        </w:rPr>
        <w:t>8/19: Wednesday</w:t>
      </w:r>
      <w:r w:rsidRPr="00CF721B">
        <w:rPr>
          <w:szCs w:val="24"/>
        </w:rPr>
        <w:t>-Peer T.A.G. Reviews &amp; Editing on paper copies</w:t>
      </w:r>
    </w:p>
    <w:p w14:paraId="6E70402A" w14:textId="62C4B587" w:rsidR="00CF721B" w:rsidRPr="00CF721B" w:rsidRDefault="00CF721B" w:rsidP="005763AB">
      <w:pPr>
        <w:pStyle w:val="ListParagraph"/>
        <w:numPr>
          <w:ilvl w:val="1"/>
          <w:numId w:val="15"/>
        </w:numPr>
        <w:spacing w:before="240" w:after="0"/>
        <w:rPr>
          <w:b/>
          <w:bCs/>
          <w:szCs w:val="24"/>
        </w:rPr>
      </w:pPr>
      <w:r w:rsidRPr="00CF721B">
        <w:rPr>
          <w:b/>
          <w:bCs/>
          <w:szCs w:val="24"/>
        </w:rPr>
        <w:t>8/20: Thursday</w:t>
      </w:r>
      <w:r w:rsidRPr="00CF721B">
        <w:rPr>
          <w:szCs w:val="24"/>
        </w:rPr>
        <w:t>-In-Class time for Final Editing on your Bio (</w:t>
      </w:r>
      <w:r w:rsidRPr="00CF721B">
        <w:rPr>
          <w:b/>
          <w:bCs/>
          <w:color w:val="00B050"/>
          <w:szCs w:val="24"/>
        </w:rPr>
        <w:t>Bring Laptop</w:t>
      </w:r>
      <w:r w:rsidRPr="00CF721B">
        <w:rPr>
          <w:szCs w:val="24"/>
        </w:rPr>
        <w:t>)</w:t>
      </w:r>
    </w:p>
    <w:p w14:paraId="3273AEC1" w14:textId="51B38132" w:rsidR="00CF721B" w:rsidRPr="00CF721B" w:rsidRDefault="00CF721B" w:rsidP="005763AB">
      <w:pPr>
        <w:pStyle w:val="ListParagraph"/>
        <w:numPr>
          <w:ilvl w:val="1"/>
          <w:numId w:val="15"/>
        </w:numPr>
        <w:spacing w:before="240" w:after="0"/>
        <w:rPr>
          <w:b/>
          <w:bCs/>
          <w:color w:val="EE0000"/>
          <w:sz w:val="32"/>
          <w:szCs w:val="32"/>
        </w:rPr>
      </w:pPr>
      <w:r w:rsidRPr="00CF721B">
        <w:rPr>
          <w:b/>
          <w:bCs/>
          <w:color w:val="EE0000"/>
          <w:sz w:val="32"/>
          <w:szCs w:val="32"/>
        </w:rPr>
        <w:t>8/21: Friday- HOMEWORK-</w:t>
      </w:r>
      <w:proofErr w:type="spellStart"/>
      <w:r w:rsidRPr="00CF721B">
        <w:rPr>
          <w:b/>
          <w:bCs/>
          <w:color w:val="EE0000"/>
          <w:sz w:val="32"/>
          <w:szCs w:val="32"/>
        </w:rPr>
        <w:t>Writer'sBios</w:t>
      </w:r>
      <w:proofErr w:type="spellEnd"/>
      <w:r w:rsidRPr="00CF721B">
        <w:rPr>
          <w:b/>
          <w:bCs/>
          <w:color w:val="EE0000"/>
          <w:sz w:val="32"/>
          <w:szCs w:val="32"/>
        </w:rPr>
        <w:t xml:space="preserve"> due to Turnitin Tab on Teams by 11:59 pm TONIGHT!! </w:t>
      </w:r>
    </w:p>
    <w:p w14:paraId="5B5A1127" w14:textId="30CC61B4" w:rsidR="004E59D1" w:rsidRPr="00CF721B" w:rsidRDefault="009F1E4F" w:rsidP="00B551D0">
      <w:pPr>
        <w:pBdr>
          <w:top w:val="single" w:sz="4" w:space="1" w:color="auto"/>
          <w:left w:val="single" w:sz="4" w:space="4" w:color="auto"/>
          <w:bottom w:val="single" w:sz="4" w:space="1" w:color="auto"/>
          <w:right w:val="single" w:sz="4" w:space="4" w:color="auto"/>
        </w:pBdr>
        <w:jc w:val="center"/>
        <w:rPr>
          <w:sz w:val="32"/>
          <w:szCs w:val="32"/>
        </w:rPr>
      </w:pPr>
      <w:r w:rsidRPr="00CF721B">
        <w:rPr>
          <w:b/>
          <w:sz w:val="32"/>
          <w:szCs w:val="32"/>
        </w:rPr>
        <w:lastRenderedPageBreak/>
        <w:t>L</w:t>
      </w:r>
      <w:r w:rsidRPr="00CF721B">
        <w:rPr>
          <w:b/>
          <w:sz w:val="32"/>
          <w:szCs w:val="32"/>
        </w:rPr>
        <w:t xml:space="preserve">ist of </w:t>
      </w:r>
      <w:r w:rsidR="00DD3A24" w:rsidRPr="00CF721B">
        <w:rPr>
          <w:b/>
          <w:sz w:val="32"/>
          <w:szCs w:val="32"/>
        </w:rPr>
        <w:t xml:space="preserve">Possible </w:t>
      </w:r>
      <w:r w:rsidRPr="00CF721B">
        <w:rPr>
          <w:b/>
          <w:sz w:val="32"/>
          <w:szCs w:val="32"/>
        </w:rPr>
        <w:t>Topics</w:t>
      </w:r>
    </w:p>
    <w:p w14:paraId="2950E394"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Just the basics. </w:t>
      </w:r>
      <w:r w:rsidRPr="00CF721B">
        <w:rPr>
          <w:sz w:val="22"/>
          <w:szCs w:val="20"/>
        </w:rPr>
        <w:t>Make a list of the basic facts of your life, facts that you don’t mind sharing. (Age, parents, brothers and sisters, pets, phone number, address, hair color, eye color, height, weight, birthday, city of birth, religion, communities where you have lived, etc.)</w:t>
      </w:r>
    </w:p>
    <w:p w14:paraId="1F377983"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Me, in a nutshell. </w:t>
      </w:r>
      <w:r w:rsidRPr="00CF721B">
        <w:rPr>
          <w:sz w:val="22"/>
          <w:szCs w:val="20"/>
        </w:rPr>
        <w:t>Give a brief description of yourself. Who are you? What are you like? What are your major activities and interests? What is important to you? What is important to know about you?</w:t>
      </w:r>
    </w:p>
    <w:p w14:paraId="2E3D5AC7"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When I was small. </w:t>
      </w:r>
      <w:r w:rsidRPr="00CF721B">
        <w:rPr>
          <w:sz w:val="22"/>
          <w:szCs w:val="20"/>
        </w:rPr>
        <w:t>What were you like when you were very young — from birth to about five years old? (You may later want to ask family members for help here.) When and where were you born? What kind of baby were you? When did you first talk? What were your favorite toys, songs, games or bedtime stories? What do you remember about day care or baby-sitters?</w:t>
      </w:r>
    </w:p>
    <w:p w14:paraId="02D04303"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My early childhood. </w:t>
      </w:r>
      <w:r w:rsidRPr="00CF721B">
        <w:rPr>
          <w:sz w:val="22"/>
          <w:szCs w:val="20"/>
        </w:rPr>
        <w:t>What were you like from about ages six to ten or eleven? What is your first memory of school? What was your favorite school subject? How did you spend your free time after school and on weekends? What changes occurred in your life?</w:t>
      </w:r>
    </w:p>
    <w:p w14:paraId="0AA77ED8"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Little known facts about me. </w:t>
      </w:r>
      <w:r w:rsidRPr="00CF721B">
        <w:rPr>
          <w:sz w:val="22"/>
          <w:szCs w:val="20"/>
        </w:rPr>
        <w:t>List some facts that most people don’t know about you. (Places you have lived, awards you have received, famous people you have met, famous people you are related to, unusual events in your life, etc.)</w:t>
      </w:r>
    </w:p>
    <w:p w14:paraId="56B9D326"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My favorites. </w:t>
      </w:r>
      <w:r w:rsidRPr="00CF721B">
        <w:rPr>
          <w:sz w:val="22"/>
          <w:szCs w:val="20"/>
        </w:rPr>
        <w:t>Make a list of your favorites. (Favorite after-school activity, dessert, sport, holiday, music group, friend, book, movie, quotation, TV show, place to walk, fast food restaurant, month, singer, actor, school subject, song, etc.)</w:t>
      </w:r>
    </w:p>
    <w:p w14:paraId="31E64FDC"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What I’m proud of. </w:t>
      </w:r>
      <w:r w:rsidRPr="00CF721B">
        <w:rPr>
          <w:sz w:val="22"/>
          <w:szCs w:val="20"/>
        </w:rPr>
        <w:t>What accomplishments are you proud of? (Improving your grades last year, giving a speech for the student body, getting the courage to try hang-gliding, etc.) What awards have you won? (In school, sports, church groups, etc.) What else are you proud of? (Your room, your CD collection, the tricks your dog can do, etc.)</w:t>
      </w:r>
    </w:p>
    <w:p w14:paraId="6B926729"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What I believe in. </w:t>
      </w:r>
      <w:r w:rsidRPr="00CF721B">
        <w:rPr>
          <w:sz w:val="22"/>
          <w:szCs w:val="20"/>
        </w:rPr>
        <w:t>What beliefs are important to you? (Religious beliefs, personal beliefs, values, rules about life, etc.)</w:t>
      </w:r>
    </w:p>
    <w:p w14:paraId="6A8C9198"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What I do in my free time. </w:t>
      </w:r>
      <w:r w:rsidRPr="00CF721B">
        <w:rPr>
          <w:sz w:val="22"/>
          <w:szCs w:val="20"/>
        </w:rPr>
        <w:t>What do you do in your free time? What hobbies or other special interests do you enjoy? If you have an afternoon to spend as you like, how are you most likely to spend it?</w:t>
      </w:r>
    </w:p>
    <w:p w14:paraId="2DBA5E3E"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My personality. </w:t>
      </w:r>
      <w:r w:rsidRPr="00CF721B">
        <w:rPr>
          <w:sz w:val="22"/>
          <w:szCs w:val="20"/>
        </w:rPr>
        <w:t>What kind of person are you? Are you known for being responsible, having a sense of humor, being a loyal friend, being a good listener, taking charge, or what? What do others say about you?</w:t>
      </w:r>
    </w:p>
    <w:p w14:paraId="61BE4B2F"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Heroes or heroines. </w:t>
      </w:r>
      <w:r w:rsidRPr="00CF721B">
        <w:rPr>
          <w:sz w:val="22"/>
          <w:szCs w:val="20"/>
        </w:rPr>
        <w:t>Who do you admire? Why? You might include famous people, people from history, fictional characters, family members, friends, or anyone else in your life.</w:t>
      </w:r>
    </w:p>
    <w:p w14:paraId="5C574208"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Pet peeves. </w:t>
      </w:r>
      <w:r w:rsidRPr="00CF721B">
        <w:rPr>
          <w:sz w:val="22"/>
          <w:szCs w:val="20"/>
        </w:rPr>
        <w:t>What really annoys you? Think about all those little things that “bug” you to death.</w:t>
      </w:r>
    </w:p>
    <w:p w14:paraId="1A8D25B1"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What’s hot and what’s not in my life. </w:t>
      </w:r>
      <w:r w:rsidRPr="00CF721B">
        <w:rPr>
          <w:sz w:val="22"/>
          <w:szCs w:val="20"/>
        </w:rPr>
        <w:t>List three things that are great about your life and three things that are not so great.</w:t>
      </w:r>
    </w:p>
    <w:p w14:paraId="33EBC9A6"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The inside me vs. the outside me. </w:t>
      </w:r>
      <w:r w:rsidRPr="00CF721B">
        <w:rPr>
          <w:sz w:val="22"/>
          <w:szCs w:val="20"/>
        </w:rPr>
        <w:t>What are you like on the outside? What are you like on the inside? How is the inside you different from the outside you? If you had to choose a symbol that represents you — your very being, your soul — what would that symbol be? Explain.</w:t>
      </w:r>
    </w:p>
    <w:p w14:paraId="77A3B0AE" w14:textId="77777777" w:rsidR="004E59D1" w:rsidRPr="00CF721B" w:rsidRDefault="009F1E4F" w:rsidP="00B551D0">
      <w:pPr>
        <w:pBdr>
          <w:top w:val="single" w:sz="4" w:space="1" w:color="auto"/>
          <w:left w:val="single" w:sz="4" w:space="4" w:color="auto"/>
          <w:bottom w:val="single" w:sz="4" w:space="1" w:color="auto"/>
          <w:right w:val="single" w:sz="4" w:space="4" w:color="auto"/>
        </w:pBdr>
        <w:rPr>
          <w:sz w:val="22"/>
          <w:szCs w:val="20"/>
        </w:rPr>
      </w:pPr>
      <w:r w:rsidRPr="00CF721B">
        <w:rPr>
          <w:b/>
          <w:sz w:val="22"/>
          <w:szCs w:val="20"/>
        </w:rPr>
        <w:t xml:space="preserve">The future. </w:t>
      </w:r>
      <w:r w:rsidRPr="00CF721B">
        <w:rPr>
          <w:sz w:val="22"/>
          <w:szCs w:val="20"/>
        </w:rPr>
        <w:t>What are your goals? How do you plan to accomplish them? What do you most want to do with your life? What are your dreams? How do you want people to perceive you as an adult?</w:t>
      </w:r>
    </w:p>
    <w:p w14:paraId="24A562BF" w14:textId="77777777" w:rsidR="00CF721B" w:rsidRPr="00FB66EA" w:rsidRDefault="00CF721B" w:rsidP="00FB66EA">
      <w:pPr>
        <w:rPr>
          <w:b/>
          <w:bCs/>
          <w:color w:val="EE0000"/>
        </w:rPr>
      </w:pPr>
    </w:p>
    <w:sectPr w:rsidR="00CF721B" w:rsidRPr="00FB66EA" w:rsidSect="00DD3A2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3A7E11"/>
    <w:multiLevelType w:val="hybridMultilevel"/>
    <w:tmpl w:val="3DCE9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7B241F"/>
    <w:multiLevelType w:val="hybridMultilevel"/>
    <w:tmpl w:val="2098C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BD0108"/>
    <w:multiLevelType w:val="hybridMultilevel"/>
    <w:tmpl w:val="87EC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F4F78"/>
    <w:multiLevelType w:val="hybridMultilevel"/>
    <w:tmpl w:val="4E7EC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E3631"/>
    <w:multiLevelType w:val="hybridMultilevel"/>
    <w:tmpl w:val="7EF61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B63DBD"/>
    <w:multiLevelType w:val="hybridMultilevel"/>
    <w:tmpl w:val="8F6EFE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311353"/>
    <w:multiLevelType w:val="hybridMultilevel"/>
    <w:tmpl w:val="1D5811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02321443">
    <w:abstractNumId w:val="8"/>
  </w:num>
  <w:num w:numId="2" w16cid:durableId="594363489">
    <w:abstractNumId w:val="6"/>
  </w:num>
  <w:num w:numId="3" w16cid:durableId="1158034378">
    <w:abstractNumId w:val="5"/>
  </w:num>
  <w:num w:numId="4" w16cid:durableId="547255967">
    <w:abstractNumId w:val="4"/>
  </w:num>
  <w:num w:numId="5" w16cid:durableId="1502814754">
    <w:abstractNumId w:val="7"/>
  </w:num>
  <w:num w:numId="6" w16cid:durableId="1090001643">
    <w:abstractNumId w:val="3"/>
  </w:num>
  <w:num w:numId="7" w16cid:durableId="1087069857">
    <w:abstractNumId w:val="2"/>
  </w:num>
  <w:num w:numId="8" w16cid:durableId="2112821147">
    <w:abstractNumId w:val="1"/>
  </w:num>
  <w:num w:numId="9" w16cid:durableId="988635134">
    <w:abstractNumId w:val="0"/>
  </w:num>
  <w:num w:numId="10" w16cid:durableId="300310642">
    <w:abstractNumId w:val="12"/>
  </w:num>
  <w:num w:numId="11" w16cid:durableId="705565573">
    <w:abstractNumId w:val="9"/>
  </w:num>
  <w:num w:numId="12" w16cid:durableId="964970686">
    <w:abstractNumId w:val="13"/>
  </w:num>
  <w:num w:numId="13" w16cid:durableId="1841502478">
    <w:abstractNumId w:val="15"/>
  </w:num>
  <w:num w:numId="14" w16cid:durableId="1540512772">
    <w:abstractNumId w:val="14"/>
  </w:num>
  <w:num w:numId="15" w16cid:durableId="1568569352">
    <w:abstractNumId w:val="10"/>
  </w:num>
  <w:num w:numId="16" w16cid:durableId="1017266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119CF"/>
    <w:rsid w:val="004E59D1"/>
    <w:rsid w:val="005763AB"/>
    <w:rsid w:val="0099607D"/>
    <w:rsid w:val="00A94C77"/>
    <w:rsid w:val="00AA1D8D"/>
    <w:rsid w:val="00B47730"/>
    <w:rsid w:val="00B551D0"/>
    <w:rsid w:val="00CB0664"/>
    <w:rsid w:val="00CF721B"/>
    <w:rsid w:val="00D83F11"/>
    <w:rsid w:val="00DD3A24"/>
    <w:rsid w:val="00FB66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F4A95"/>
  <w14:defaultImageDpi w14:val="300"/>
  <w15:docId w15:val="{DE39B19F-0399-46CB-B4E2-F41B4049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21B"/>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551D0"/>
    <w:rPr>
      <w:color w:val="0000FF" w:themeColor="hyperlink"/>
      <w:u w:val="single"/>
    </w:rPr>
  </w:style>
  <w:style w:type="character" w:styleId="UnresolvedMention">
    <w:name w:val="Unresolved Mention"/>
    <w:basedOn w:val="DefaultParagraphFont"/>
    <w:uiPriority w:val="99"/>
    <w:semiHidden/>
    <w:unhideWhenUsed/>
    <w:rsid w:val="00B55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Reed, Robin M.</cp:lastModifiedBy>
  <cp:revision>4</cp:revision>
  <dcterms:created xsi:type="dcterms:W3CDTF">2026-08-16T23:19:00Z</dcterms:created>
  <dcterms:modified xsi:type="dcterms:W3CDTF">2026-08-16T23:41:00Z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3a8a7f22-3c74-4389-8990-e118dea2e900</vt:lpwstr>
  </property>
</Properties>
</file>